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Privacyverklaring GOOwijzer</w:t>
      </w:r>
    </w:p>
    <w:p>
      <w:r>
        <w:t>GOOwijzer, gevestigd aan Hoogeveenseweg 38, 7943 KA te Meppel, is verantwoordelijk voor de verwerking van persoonsgegevens zoals weergegeven in deze privacyverklaring.</w:t>
      </w:r>
    </w:p>
    <w:p>
      <w:r>
        <w:t>Contactgegevens:</w:t>
        <w:br/>
        <w:t>goowijzer.nl</w:t>
        <w:br/>
        <w:t>Hoogeveenseweg 38, 7943 KA te Meppel</w:t>
        <w:br/>
        <w:t>06 38 55 53 34</w:t>
      </w:r>
    </w:p>
    <w:p>
      <w:r>
        <w:t>Persoonsgegevens die wij verwerken</w:t>
      </w:r>
    </w:p>
    <w:p>
      <w:r>
        <w:t>GOOwijzer verwerkt uw persoonsgegevens doordat u gebruik maakt van onze diensten en/of omdat u deze zelf aan ons verstrekt.</w:t>
      </w:r>
    </w:p>
    <w:p>
      <w:r>
        <w:t>Hieronder vindt u een overzicht van de persoonsgegevens die wij (indien nodig) verwerken:</w:t>
        <w:br/>
        <w:t>- Geboortedatum (indien noodzakelijk voor identificatie of verificatie);</w:t>
        <w:br/>
        <w:t>- Voor- en achternaam;</w:t>
        <w:br/>
        <w:t>- Telefoonnummer;</w:t>
        <w:br/>
        <w:t>- E-mailadres;</w:t>
        <w:br/>
        <w:t>- Kamernummer.</w:t>
      </w:r>
    </w:p>
    <w:p>
      <w:r>
        <w:t>Bijzondere en/of gevoelige persoonsgegevens die wij verwerken</w:t>
      </w:r>
    </w:p>
    <w:p>
      <w:r>
        <w:t>GOOwijzer heeft niet de intentie persoonsgegevens te verzamelen van bezoekers jonger dan 16 jaar zonder toestemming van een ouder, voogd of begeleider.</w:t>
      </w:r>
    </w:p>
    <w:p>
      <w:r>
        <w:t>Omdat wij niet kunnen controleren of een bezoeker ouder dan 16 jaar is, raden wij ouders, voogden en begeleiders aan betrokken te blijven bij de online activiteiten van minderjarigen.</w:t>
      </w:r>
    </w:p>
    <w:p>
      <w:r>
        <w:t>Indien u vermoedt dat wij zonder toestemming persoonsgegevens van een minderjarige hebben verwerkt, kunt u contact met ons opnemen via info@goowijzer.nl. Wij zullen deze gegevens dan zo spoedig mogelijk verwijderen indien dit noodzakelijk blijkt.</w:t>
      </w:r>
    </w:p>
    <w:p>
      <w:r>
        <w:t>GOOwijzer verwerkt uw persoonsgegevens voor de volgende doelen:</w:t>
        <w:br/>
        <w:t>- U te kunnen bellen of e-mailen indien dit nodig is om contact met u op te nemen naar aanleiding van uw vraag of bericht.</w:t>
      </w:r>
    </w:p>
    <w:p>
      <w:r>
        <w:t>Geautomatiseerde besluitvorming</w:t>
      </w:r>
    </w:p>
    <w:p>
      <w:r>
        <w:t>GOOwijzer maakt geen gebruik van geautomatiseerde besluitvorming.</w:t>
        <w:br/>
        <w:t>GOOwijzer is geen overheidsinstantie en neemt geen besluiten namens overheidsorganisaties.</w:t>
      </w:r>
    </w:p>
    <w:p>
      <w:r>
        <w:t>Hoe lang we uw persoonsgegevens bewaren</w:t>
      </w:r>
    </w:p>
    <w:p>
      <w:r>
        <w:t>GOOwijzer bewaart uw persoonsgegevens niet langer dan strikt nodig is om de doelen te realiseren waarvoor uw gegevens worden verzameld.</w:t>
      </w:r>
    </w:p>
    <w:p>
      <w:r>
        <w:t>Wij bewaren persoonsgegevens niet langer dan noodzakelijk is voor het beantwoorden en afhandelen van vragen of contactverzoeken.</w:t>
      </w:r>
    </w:p>
    <w:p>
      <w:r>
        <w:t>Delen van persoonsgegevens met derden</w:t>
      </w:r>
    </w:p>
    <w:p>
      <w:r>
        <w:t>GOOwijzer verstrekt persoonsgegevens uitsluitend aan derden indien dit noodzakelijk is voor technische ondersteuning van de website, om te voldoen aan een wettelijke verplichting, of wanneer dit noodzakelijk is voor de beveiliging en werking van de website.</w:t>
      </w:r>
    </w:p>
    <w:p>
      <w:r>
        <w:t>GOOwijzer verkoopt persoonsgegevens nooit aan derden.</w:t>
      </w:r>
    </w:p>
    <w:p>
      <w:r>
        <w:t>Cookies, of vergelijkbare technieken, die wij gebruiken</w:t>
      </w:r>
    </w:p>
    <w:p>
      <w:r>
        <w:t>GOOwijzer gebruikt alleen technische en functionele cookies. Daarnaast kunnen analytische cookies worden gebruikt die geen of slechts beperkte gevolgen hebben voor uw privacy.</w:t>
      </w:r>
    </w:p>
    <w:p>
      <w:r>
        <w:t>Een cookie is een klein tekstbestand dat bij het eerste bezoek aan deze website wordt opgeslagen op uw computer, tablet of smartphone.</w:t>
      </w:r>
    </w:p>
    <w:p>
      <w:r>
        <w:t>De cookies die wij gebruiken zijn noodzakelijk voor de technische werking van de website en uw gebruiksgemak. Ze zorgen ervoor dat de website naar behoren werkt en onthouden bijvoorbeeld uw voorkeursinstellingen.</w:t>
      </w:r>
    </w:p>
    <w:p>
      <w:r>
        <w:t>Ook kunnen wij hiermee onze website optimaliseren.</w:t>
      </w:r>
    </w:p>
    <w:p>
      <w:r>
        <w:t>U kunt zich afmelden voor cookies door uw internetbrowser zo in te stellen dat deze geen cookies meer opslaat.</w:t>
      </w:r>
    </w:p>
    <w:p>
      <w:r>
        <w:t>Daarnaast kunt u ook alle informatie die eerder is opgeslagen via de instellingen van uw browser verwijderen.</w:t>
      </w:r>
    </w:p>
    <w:p>
      <w:r>
        <w:t>Gegevens inzien, aanpassen of verwijderen</w:t>
      </w:r>
    </w:p>
    <w:p>
      <w:r>
        <w:t>U heeft het recht om uw persoonsgegevens in te zien, te corrigeren of te verwijderen.</w:t>
      </w:r>
    </w:p>
    <w:p>
      <w:r>
        <w:t>Daarnaast heeft u het recht om uw eventuele toestemming voor de gegevensverwerking in te trekken of bezwaar te maken tegen de verwerking van uw persoonsgegevens door GOOwijzer en heeft u het recht op gegevensoverdraagbaarheid.</w:t>
      </w:r>
    </w:p>
    <w:p>
      <w:r>
        <w:t>Dat betekent dat u bij ons een verzoek kunt indienen om de persoonsgegevens die wij van u beschikken in een computerbestand naar u of een ander, door u genoemde organisatie, te sturen.</w:t>
      </w:r>
    </w:p>
    <w:p>
      <w:r>
        <w:t>U kunt een verzoek tot inzage, correctie, verwijdering, gegevensoverdraging van uw persoonsgegevens of verzoek tot intrekking van uw toestemming of bezwaar op de verwerking van uw persoonsgegevens sturen naar info@goowijzer.nl.</w:t>
      </w:r>
    </w:p>
    <w:p>
      <w:r>
        <w:t>Om er zeker van te zijn dat het verzoek tot inzage door u is gedaan, kunnen wij mogelijk verdere bevestiging van uw identiteit aanvragen. Dit ter bescherming van uw privacy.</w:t>
      </w:r>
    </w:p>
    <w:p>
      <w:r>
        <w:t>We reageren zo snel mogelijk, maar binnen vier weken, op uw verzoek.</w:t>
      </w:r>
    </w:p>
    <w:p>
      <w:r>
        <w:t>Hoe wij persoonsgegevens beveiligen</w:t>
      </w:r>
    </w:p>
    <w:p>
      <w:r>
        <w:t>GOOwijzer neemt de bescherming van uw gegevens serieus en neemt passende maatregelen om misbruik, verlies, onbevoegde toegang, ongewenste openbaarmaking en ongeoorloofde wijziging tegen te gaan.</w:t>
      </w:r>
    </w:p>
    <w:p>
      <w:r>
        <w:t>Als u de indruk heeft dat uw gegevens niet goed beveiligd zijn of er aanwijzingen zijn van misbruik, neem dan contact op met ons via de contactmogelijkheden beschikbaar op GOOwijzer.nl.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